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ולהשלים משפטים פשוטים עם מילות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השוערת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(לשם מכניסים את הכדור)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(בועטים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(שורק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שוערת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בכדורגל בועטים ברגליים, רק השוער נוגע בידיים.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התפקיד של השופט במשחק.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הקבוצות נכנסות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והמשחק מתחיל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השופט שורק שוב והמשחק נגמר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וציירו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בועטים בכדור ברגליים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כשהתוצאה שווה בין הקבוצות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התשבץ המקורי באתר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המילים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להציג כדור אמיתי בכיתה כדי לחבר בין המילים למציאות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המילים מהתשבץ של הכדורגל כמו כדור, שער, קבוצה ושופט.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שוערת  ·  כדור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בועטים בו במשחק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 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תופסת את הכדור בידיים?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הקהל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שורק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לשם מכניסים את הכדור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בועטים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בועטים ב__________ במשחק כדורגל.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תופסת את הכדור בידיים.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משחקים כדורגל עם הידיים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כדי להתחיל או לעצור את 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והמשחק מתחיל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שוב והמשחק נגמר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הקבוצות נכנסות למגרש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וציירו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עם הכדור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תופס את הכדור בידיים?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תשבץ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