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ולהשלים משפטים פשוטים עם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(לשם מכניסים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(בועטים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(ירוק ונמצא על המגרש)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(שורק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(שחקנים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בכדורגל בועטים ברגליים, רק השוער נוגע בידיים.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התפקיד של השופט במשחק.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תיקו זה כשהתוצאה שווה בין הקבוצות.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רוב מגרשי הכדורגל מכוסים בדשא ירוק.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בועטים בכדור ומנסים להבקיע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קבוצה מבקיעה גול ושמחים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השופט שורק שוב והמשחק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 מהתשבץ כמו כדור, שער או גול ומסביר בקצרה את הקשר שלו אליה.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בועטים בכדור ברגליים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כשהתוצאה שווה בין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המקורי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כדור אמיתי בכיתה כדי לחבר בין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מילים מכדורגל. נשחק עם מילים כמו כדור, שער וקבוצה.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העגול שבועטים בו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מכניסים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שמשחקים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השחקנית שתופסת את הכדור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ששורק ומנהל את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כשהכדור 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תֵּיקוּ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כשהתוצאה שווה בין שתי הקבוצות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בועטים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תופסת כדור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כשהכדור נכנס פנימה?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ירוק ונמצא על המגרש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שורק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שחקנים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לשם מכניסים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בועטים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בועטים ב__________ במשחק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תופסת את הכדור בידיים.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כששתי הקבוצות מקבלות אותה תוצאה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משחקים כדורגל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כשהכדור נכנס לשער קוראים לזה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כדורגל עם הידיים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להתחיל או לעצור את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 זה כשקבוצה אחת מנצחת.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הדשא על המגרש הוא בדרך כלל ירוק.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מבקיעה גול ושמחים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שוב והמשחק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נכנסות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משפט קצר על המילה שהכי אהבתם מהתשבץ,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הכדור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תופס את הכדור בידיים?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