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ולהשלים משפטים פשוטים עם מילות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(לשם מכניסים את הכדור)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(בועטים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(ירוק ונמצא על המגרש)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(שורק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(שחקנים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בכדורגל בועטים ברגליים, רק השוער נוגע בידיים.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התפקיד של השופט במשחק.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תיקו זה כשהתוצאה שווה בין הקבוצות.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רוב מגרשי הכדורגל מכוסים בדשא ירוק.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הקבוצות נכנסות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והמשחק מתחיל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השחקנים בועטים בכדור ומנסים להבקיע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קבוצה מבקיעה גול ושמחים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השופט שורק שוב והמשחק נגמר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וציירו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מילה מהתשבץ כמו כדור, שער או גול ומסביר בקצרה את הקשר שלו אליה.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בועטים בכדור ברגליים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כשהתוצאה שווה בין הקבוצות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התשבץ המקורי באתר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המילים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להציג כדור אמיתי בכיתה כדי לחבר בין המילים למציאות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תשבץ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המילים מהתשבץ של הכדורגל כמו כדור, שער, קבוצה ושופט.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בועטים בו במשחק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תופסת את הכדור בידיים?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למקום שבו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כשהכדור נכנס לשער?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שורק במשחק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המאמן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שורק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ירוק ונמצא על המגרש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לשם מכניסים את הכדור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שחקנים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בועטים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בועטים ב__________ במשחק כדורגל.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תופסת את הכדור בידיים.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כששתי הקבוצות מקבלות אותה תוצאה קוראים לזה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משחקים כדורגל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כשהכדור נכנס לשער קוראים לזה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כדורגל עם הידיים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כדי להתחיל או לעצור את 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תיקו זה כשקבוצה אחת מנצחת.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הדשא על המגרש הוא בדרך כלל ירוק.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והמשחק מתחיל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שוב והמשחק נגמר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נכנסות למגרש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בועטים בכדור ומנסים להבקיע 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מבקיעה גול ושמחים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וציירו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 משפט קצר על המילה שהכי אהבתם מהתשבץ, והסבירו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עם הכדור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תופס את הכדור בידיים?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תיקו?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תשבץ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